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הקוטב הצפוני ואיסלנד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עובדות על איסלנד ותופעות טבע בקוטב הצפוני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מתוך יומן המסע של עידו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אירועים לפי סדר הקרות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ארץ הקרח והאש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 – עמוד מים רותחים שקפץ לשמים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האדמה החמה מחממת את המים מלמטה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לבן וכחול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זוהר צפוני - פסים ירוקים זזים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איסלנד היא אי קר בצפון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נכתב ביומן של עידו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המים בגייזר רותחים, לא קרים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ביומן כתוב שהלכו לאט ובזהירות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תואר ביומן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איסלנד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גייזר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קרחון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זוהר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(אי קר בצפון עם קרחונים והרי געש)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(מקום שבו קופץ עמוד מים רותחים)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(שטח קרח גדול, לבן וכחול)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(פסים ירוקים בשמיים שזזים כמו וילון)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(הר שיכול לפלוט אש וחומר חם)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אירועי היום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נחתנו באיסלנד בבוקר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עמדנו ליד הגייזר בצהריים וראינו מים רותחים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טיילנו על הקרחון אחר הצהריים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בלילה ראינו את הזוהר הצפוני בשמיים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מצפים לתיאור רגש כמו התרגשות או פליאה, ולהסבר שבאיסלנד קר ולכן צריך בגדים חמים כמו מעיל פוך וכפפות.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ארץ הקרח והאש - בגלל קרחונים והרי געש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עמוד מים רותחים קופץ כי האדמה החמה מחממת מלמטה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זוהר צפוני - פסים ירוקים זזים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הקראת הטקסט לפני התרגול כדי לחזק הבנת שמיעה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תמונה של גייזר וזוהר צפוני להמחשה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בגרסת החנ״מ אפשר לוותר על פריטי skip_n ולהתמקד בעובדות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הקוטב הצפוני ואיסלנד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עידו הגיע לאיסלנד, אי קר בצפון שיש בו גם קרחונים וגם הרי געש. ביומן המסע שלו הוא מספר על גייזר, קרחון וזוהר צפוני.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נקראת איסלנד לפי היומן?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ארץ השמש והחול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ארץ הקרח והאש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ארץ הים והדגים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ארץ ההרים הירוקים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ראו ליד הגייזר בצהריים?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פינגווין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אריה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נהר קפוא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עמוד מים רותחים שקפץ לשמים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המים בגייזר רותחים?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הרוח מחממת את המים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יש אש בתוך המים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האדמה החמה מחממת את המים מלמטה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השמש מחממת את המים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אילו צבעים היו לקרח בקרחון?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ירוק וצהוב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לבן וכחול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אדום וכתום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שחור ואפור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ראו בלילה בשמיים?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כוכבי שביט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זוהר צפוני - פסים ירוקים זזים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ברק וסופה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שמש זורחת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איסלנד היא אי חם ליד קו המשווה.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באיסלנד יש גם קרחונים וגם הרי געש.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הגייזר הוא מקום שבו קופץ עמוד של מים קרים.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בזמן הטיול על הקרחון הלכו מהר ובלי זהירות.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הזוהר הצפוני נראה כמו וילון שזז ברוח.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הבוקר נחתנו ב__________, אי קר בצפון.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אומרים שאיסלנד היא "ארץ ה__________ והאש".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ליד ה__________ ראינו עמוד מים רותחים קופץ לשמים.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טיילנו על __________ שהיה לבן וכחול וחלק.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בלילה הופיע ה__________ הצפוני בשמיים.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איסלנד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הר שיכול לפלוט אש וחומר חם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גייזר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אי קר בצפון עם קרחונים והרי געש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קרחון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מקום שבו קופץ עמוד מים רותחים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זוהר צפוני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שטח קרח גדול, לבן וכחול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הר געש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פסים ירוקים בשמיים שזזים כמו וילון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אירועי היום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טיילנו על הקרחון אחר הצהריים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בלילה ראינו את הזוהר הצפוני בשמיים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נחתנו באיסלנד בבוקר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עמדנו ליד הגייזר בצהריים וראינו מים רותחים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איך הייתם מרגישים אם הייתם רואים את הזוהר הצפוני בפעם הראשונה, וכתבו למה כדאי להתלבש חם באיסלנד.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הכינוי של איסלנד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בגייזר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ראה עידו בשמיים בלילה?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הקוטב הצפוני ואיסלנד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