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הקוטב הצפוני ואיסלנד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איסלנד ותופעות טבע בקוטב הצפוני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מתוך יומן המסע של עידו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לפי סדר הקרות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ארץ הקרח והאש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לבן וכחול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ביומן של עידו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ביומן כתוב שהלכו לאט ובזהירות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איסלנד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גייזר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 קר בצפון עם קרחונים והרי געש)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(שטח קרח גדול, לבן וכחול)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(הר שיכול לפלוט אש וחומר חם)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אירועי היום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נחתנו באיסלנד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עמדנו ליד הגייזר בצהריים וראינו מים רותחים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טיילנו על הקרחון אחר הצהריים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בלילה ראינו את הזוהר הצפוני בשמיים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מצפים לתיאור רגש כמו התרגשות או פליאה, ולהסבר שבאיסלנד קר ולכן צריך בגדים חמים כמו מעיל פוך וכפפות.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ארץ הקרח והאש - בגלל קרחונים והרי געש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עמוד מים רותחים קופץ כי האדמה החמה מחממת מלמטה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זוהר צפוני - פסים ירוקים זזים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הקראת הטקסט לפני התרגול כדי לחזק הבנת שמיעה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תמונה של גייזר וזוהר צפוני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החנ״מ אפשר לוותר על פריטי skip_n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הקוטב הצפוני ואיסלנד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עידו הגיע לאיסלנד, אי קר בצפון שיש בו גם קרחונים וגם הרי געש. ביומן המסע שלו הוא מספר על גייזר, קרחון וזוהר צפוני.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איסלנד  ·  גייזר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נקראת איסלנד לפי היומן?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ארץ השמש והחול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ארץ הקרח והאש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ארץ הים והדגים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צבעים היו לקרח בקרחון?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ירוק וצהוב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לבן וכחול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אדום וכתום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באיסלנד יש גם קרחונים וגם הרי געש.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בזמן הטיול על הקרחון הלכו מהר ובלי זהירות.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הבוקר נחתנו ב__________, אי קר בצפון.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ליד ה__________ ראינו עמוד מים רותחים קופץ לשמים.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איסלנד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הר שיכול לפלוט אש וחומר חם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קרחון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 קר בצפון עם קרחונים והרי געש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הר געש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שטח קרח גדול, לבן וכחול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אירועי היום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עמדנו ליד הגייזר בצהריים וראינו מים רותחים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טיילנו על הקרחון אחר הצהריים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בלילה ראינו את הזוהר הצפוני בשמיים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נחתנו באיסלנד בבוקר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איך הייתם מרגישים אם הייתם רואים את הזוהר הצפוני בפעם הראשונה, וכתבו למה כדאי להתלבש חם באיסלנד.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הכינוי של איסלנד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בגייזר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הקוטב הצפוני ואיסלנד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